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Request missing contract documents</w:t>
      </w:r>
    </w:p>
    <w:p>
      <w:r>
        <w:rPr>
          <w:b/>
        </w:rPr>
        <w:t>Working template</w:t>
      </w:r>
    </w:p>
    <w:p>
      <w:r>
        <w:t>Replace the document list and response date. Keep the request and response with the contract review record.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Document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From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To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Reference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Communication text</w:t>
      </w:r>
    </w:p>
    <w:p>
      <w:r>
        <w:t>We are reviewing [order/reference] for [scope]. Please provide [precise missing documents, revisions and incorporated terms].</w:t>
      </w:r>
    </w:p>
    <w:p>
      <w:r>
        <w:t>Our current pack contains [versions held]. Please confirm [superseded versions, precedence or other question].</w:t>
      </w:r>
    </w:p>
    <w:p>
      <w:r>
        <w:t>Please respond by [date and reason]. Record any qualifications before agreement; this request does not confirm acceptance of unseen terms.</w:t>
      </w: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https://www.quantsurv.com/library/tools/request-missing-contract-documents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missing contract documents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