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Instruction clarification email</w:t>
      </w:r>
    </w:p>
    <w:p>
      <w:r>
        <w:rPr>
          <w:b/>
        </w:rPr>
        <w:t>Working template</w:t>
      </w:r>
    </w:p>
    <w:p>
      <w:r>
        <w:t>Record the actual conversation, drawing and location. Adapt the response to your contract and any immediate safety or programme obligations.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On [date/time] at [location], [person] requested [precise work]. Our agreed baseline is [scope/drawing/revision].</w:t>
      </w:r>
    </w:p>
    <w:p>
      <w:r>
        <w:t>Please confirm [authority, written instruction, revised information and scope boundaries]. Our change reference is [reference].</w:t>
      </w:r>
    </w:p>
    <w:p>
      <w:r>
        <w:t>We are recording [potential cost/time effects and mitigation]. Check and issue any separate contractual notice required.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https://www.quantsurv.com/library/tools/instruction-clarification-email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 clarification email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